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Solicitud de Vacaciones y Guía Legal</w:t>
      </w:r>
    </w:p>
    <w:p>
      <w:r>
        <w:t>INFORMACIÓN SOBRE LAS VACACIONES SEGÚN LA LEGISLACIÓN ESPAÑOLA:</w:t>
      </w:r>
    </w:p>
    <w:p/>
    <w:p>
      <w:r>
        <w:t>Según el artículo 38 del Estatuto de los Trabajadores, todo trabajador tiene derecho a un mínimo de 30 días naturales de vacaciones retribuidas por año trabajado.</w:t>
      </w:r>
    </w:p>
    <w:p>
      <w:r>
        <w:t>Estas vacaciones no son sustituibles por compensación económica, salvo en caso de extinción del contrato.</w:t>
      </w:r>
    </w:p>
    <w:p/>
    <w:p>
      <w:r>
        <w:t>La fecha de disfrute de las vacaciones debe fijarse de común acuerdo entre empresa y trabajador, conforme al calendario laboral de la empresa.</w:t>
      </w:r>
    </w:p>
    <w:p>
      <w:r>
        <w:t>El trabajador debe conocer las fechas que le corresponden con al menos dos meses de antelación.</w:t>
      </w:r>
    </w:p>
    <w:p/>
    <w:p>
      <w:r>
        <w:t>La empresa no puede negar el derecho a las vacaciones, pero puede proponer otras fechas por razones organizativas.</w:t>
      </w:r>
    </w:p>
    <w:p/>
    <w:p>
      <w:r>
        <w:t>A continuación, se facilita un modelo de solicitud de vacaciones que puedes adaptar según tu caso:</w:t>
      </w:r>
    </w:p>
    <w:p/>
    <w:p>
      <w:r>
        <w:t>-------------------------------------------------------------</w:t>
      </w:r>
    </w:p>
    <w:p/>
    <w:p>
      <w:r>
        <w:t>A la atención del Departamento de Recursos Humanos:</w:t>
      </w:r>
    </w:p>
    <w:p/>
    <w:p>
      <w:r>
        <w:t>Yo, [Nombre del trabajador], con DNI [DNI], empleado/a en el departamento de [Departamento], solicito formalmente disfrutar de mis vacaciones anuales reglamentarias.</w:t>
      </w:r>
    </w:p>
    <w:p/>
    <w:p>
      <w:r>
        <w:t>Solicito disfrutar del periodo vacacional comprendido entre los días [Fecha de inicio] y [Fecha de fin], ambos inclusive.</w:t>
      </w:r>
    </w:p>
    <w:p/>
    <w:p>
      <w:r>
        <w:t>Quedo a la espera de su confirmación para organizar adecuadamente mis tareas y responsabilidades.</w:t>
      </w:r>
    </w:p>
    <w:p/>
    <w:p>
      <w:r>
        <w:t>Sin otro particular, agradezco de antemano su atención.</w:t>
      </w:r>
    </w:p>
    <w:p/>
    <w:p>
      <w:r>
        <w:t>En [Ciudad], a [Fecha]</w:t>
      </w:r>
    </w:p>
    <w:p/>
    <w:p>
      <w:r>
        <w:t>Firma:</w:t>
      </w:r>
    </w:p>
    <w:p/>
    <w:p>
      <w:r>
        <w:t>__________________________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