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Currículum Sin Experiencia – Ejemplo</w:t>
      </w:r>
    </w:p>
    <w:p>
      <w:pPr>
        <w:pStyle w:val="Heading1"/>
      </w:pPr>
      <w:r>
        <w:t>Datos personales</w:t>
      </w:r>
    </w:p>
    <w:p>
      <w:r>
        <w:t>Nombre completo: [Nombre y apellidos]</w:t>
      </w:r>
    </w:p>
    <w:p>
      <w:r>
        <w:t>Teléfono: [Número de contacto]</w:t>
      </w:r>
    </w:p>
    <w:p>
      <w:r>
        <w:t>Correo electrónico: [Correo electrónico profesional]</w:t>
      </w:r>
    </w:p>
    <w:p>
      <w:r>
        <w:t>Dirección: [Ciudad o dirección opcional]</w:t>
      </w:r>
    </w:p>
    <w:p>
      <w:r>
        <w:t>Fecha de nacimiento: [Día / Mes / Año]</w:t>
      </w:r>
    </w:p>
    <w:p>
      <w:r>
        <w:t>DNI / NIE: [Opcional]</w:t>
      </w:r>
    </w:p>
    <w:p>
      <w:pPr>
        <w:pStyle w:val="Heading1"/>
      </w:pPr>
      <w:r>
        <w:t>Perfil personal</w:t>
      </w:r>
    </w:p>
    <w:p>
      <w:r>
        <w:t>Persona responsable, con ganas de aprender y comenzar su trayectoria laboral. Con actitud positiva, puntualidad, capacidad de trabajo en equipo y muchas ganas de desarrollarse profesionalmente.</w:t>
      </w:r>
    </w:p>
    <w:p>
      <w:pPr>
        <w:pStyle w:val="Heading1"/>
      </w:pPr>
      <w:r>
        <w:t>Formación académica</w:t>
      </w:r>
    </w:p>
    <w:p>
      <w:r>
        <w:t>[Estudios realizados]</w:t>
      </w:r>
    </w:p>
    <w:p>
      <w:r>
        <w:t>[Centro educativo] | [Año de finalización]</w:t>
      </w:r>
    </w:p>
    <w:p/>
    <w:p>
      <w:r>
        <w:t>[Otros cursos o certificados]</w:t>
      </w:r>
    </w:p>
    <w:p>
      <w:r>
        <w:t>[Plataforma o centro]</w:t>
      </w:r>
    </w:p>
    <w:p>
      <w:pPr>
        <w:pStyle w:val="Heading1"/>
      </w:pPr>
      <w:r>
        <w:t>Prácticas / Voluntariado / Proyectos</w:t>
      </w:r>
    </w:p>
    <w:p>
      <w:r>
        <w:t>[Nombre del proyecto o actividad]</w:t>
      </w:r>
    </w:p>
    <w:p>
      <w:r>
        <w:t>[Organización] | [Fechas]</w:t>
      </w:r>
    </w:p>
    <w:p>
      <w:r>
        <w:t>- Tareas realizadas</w:t>
      </w:r>
    </w:p>
    <w:p>
      <w:r>
        <w:t>- Habilidades adquiridas</w:t>
      </w:r>
    </w:p>
    <w:p/>
    <w:p>
      <w:r>
        <w:t>[Otra experiencia formativa o extracurricular]</w:t>
      </w:r>
    </w:p>
    <w:p>
      <w:r>
        <w:t>[Descripción breve]</w:t>
      </w:r>
    </w:p>
    <w:p>
      <w:pPr>
        <w:pStyle w:val="Heading1"/>
      </w:pPr>
      <w:r>
        <w:t>Idiomas</w:t>
      </w:r>
    </w:p>
    <w:p>
      <w:r>
        <w:t>- Español: [Nivel]</w:t>
      </w:r>
    </w:p>
    <w:p>
      <w:r>
        <w:t>- Otros: [Nivel opcional]</w:t>
      </w:r>
    </w:p>
    <w:p>
      <w:pPr>
        <w:pStyle w:val="Heading1"/>
      </w:pPr>
      <w:r>
        <w:t>Conocimientos informáticos</w:t>
      </w:r>
    </w:p>
    <w:p>
      <w:r>
        <w:t>- Microsoft Office (Word, Excel, PowerPoint)</w:t>
      </w:r>
    </w:p>
    <w:p>
      <w:r>
        <w:t>- Correo electrónico y navegación web</w:t>
      </w:r>
    </w:p>
    <w:p>
      <w:r>
        <w:t>- Redes sociales y herramientas digitales</w:t>
      </w:r>
    </w:p>
    <w:p>
      <w:pPr>
        <w:pStyle w:val="Heading1"/>
      </w:pPr>
      <w:r>
        <w:t>Otros datos de interés</w:t>
      </w:r>
    </w:p>
    <w:p>
      <w:r>
        <w:t>- Ganas de aprender y trabajar</w:t>
      </w:r>
    </w:p>
    <w:p>
      <w:r>
        <w:t>- Incorporación inmediata</w:t>
      </w:r>
    </w:p>
    <w:p>
      <w:r>
        <w:t>- Disponibilidad horaria y geográfica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