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Operario / Industria – Ejemplo</w:t>
      </w:r>
    </w:p>
    <w:p>
      <w:pPr>
        <w:pStyle w:val="Heading1"/>
      </w:pPr>
      <w:r>
        <w:t>Datos personales</w:t>
      </w:r>
    </w:p>
    <w:p>
      <w:r>
        <w:t>Nombre completo: [Nombre y apellidos]</w:t>
      </w:r>
    </w:p>
    <w:p>
      <w:r>
        <w:t>Teléfono: [Número de contacto]</w:t>
      </w:r>
    </w:p>
    <w:p>
      <w:r>
        <w:t>Correo electrónico: [Correo electrónico profesional]</w:t>
      </w:r>
    </w:p>
    <w:p>
      <w:r>
        <w:t>Dirección: [Ciudad o dirección opcional]</w:t>
      </w:r>
    </w:p>
    <w:p>
      <w:r>
        <w:t>Fecha de nacimiento: [Día / Mes / Año]</w:t>
      </w:r>
    </w:p>
    <w:p>
      <w:r>
        <w:t>DNI / NIE: [Opcional]</w:t>
      </w:r>
    </w:p>
    <w:p>
      <w:pPr>
        <w:pStyle w:val="Heading1"/>
      </w:pPr>
      <w:r>
        <w:t>Perfil profesional</w:t>
      </w:r>
    </w:p>
    <w:p>
      <w:r>
        <w:t>Operario con experiencia en entornos industriales y de producción. Persona puntual, responsable y habituada a trabajos físicos. Capaz de seguir instrucciones, trabajar en equipo y mantener altos estándares de seguridad e higiene.</w:t>
      </w:r>
    </w:p>
    <w:p>
      <w:pPr>
        <w:pStyle w:val="Heading1"/>
      </w:pPr>
      <w:r>
        <w:t>Experiencia laboral</w:t>
      </w:r>
    </w:p>
    <w:p>
      <w:r>
        <w:t>[Puesto desempeñado] – [Nombre de la empresa]</w:t>
      </w:r>
    </w:p>
    <w:p>
      <w:r>
        <w:t>📍 [Ciudad] | 🗓️ [Fechas]</w:t>
      </w:r>
    </w:p>
    <w:p>
      <w:r>
        <w:t>- Manejo de maquinaria industrial</w:t>
      </w:r>
    </w:p>
    <w:p>
      <w:r>
        <w:t>- Control de calidad de productos</w:t>
      </w:r>
    </w:p>
    <w:p>
      <w:r>
        <w:t>- Empaquetado, carga y descarga de mercancía</w:t>
      </w:r>
    </w:p>
    <w:p/>
    <w:p>
      <w:r>
        <w:t>[Segundo puesto] – [Otra empresa]</w:t>
      </w:r>
    </w:p>
    <w:p>
      <w:r>
        <w:t>📍 [Ciudad] | 🗓️ [Fechas]</w:t>
      </w:r>
    </w:p>
    <w:p>
      <w:r>
        <w:t>- Trabajo en línea de producción</w:t>
      </w:r>
    </w:p>
    <w:p>
      <w:r>
        <w:t>- Mantenimiento básico de herramientas</w:t>
      </w:r>
    </w:p>
    <w:p>
      <w:r>
        <w:t>- Coordinación con otros operarios</w:t>
      </w:r>
    </w:p>
    <w:p>
      <w:pPr>
        <w:pStyle w:val="Heading1"/>
      </w:pPr>
      <w:r>
        <w:t>Formación</w:t>
      </w:r>
    </w:p>
    <w:p>
      <w:r>
        <w:t>[Nombre del curso o certificado]</w:t>
      </w:r>
    </w:p>
    <w:p>
      <w:r>
        <w:t>[Centro de formación] – 🗓️ [Año]</w:t>
      </w:r>
    </w:p>
    <w:p/>
    <w:p>
      <w:r>
        <w:t>[Carnet de carretillero / manipulador de alimentos u otro]</w:t>
      </w:r>
    </w:p>
    <w:p>
      <w:r>
        <w:t>[Centro emisor] – 🗓️ [Año]</w:t>
      </w:r>
    </w:p>
    <w:p>
      <w:pPr>
        <w:pStyle w:val="Heading1"/>
      </w:pPr>
      <w:r>
        <w:t>Idiomas</w:t>
      </w:r>
    </w:p>
    <w:p>
      <w:r>
        <w:t>- Español: [Nivel]</w:t>
      </w:r>
    </w:p>
    <w:p>
      <w:r>
        <w:t>- Otros: [Nivel opcional]</w:t>
      </w:r>
    </w:p>
    <w:p>
      <w:pPr>
        <w:pStyle w:val="Heading1"/>
      </w:pPr>
      <w:r>
        <w:t>Otros datos de interés</w:t>
      </w:r>
    </w:p>
    <w:p>
      <w:r>
        <w:t>- Disponibilidad inmediata</w:t>
      </w:r>
    </w:p>
    <w:p>
      <w:r>
        <w:t>- Carnet de conducir y vehículo propio</w:t>
      </w:r>
    </w:p>
    <w:p>
      <w:r>
        <w:t>- Experiencia en turnos rotativos y nocturnos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