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Logística / Conductores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profesional</w:t>
      </w:r>
    </w:p>
    <w:p>
      <w:r>
        <w:t>Profesional con experiencia en logística, transporte y reparto. Responsable, puntual y con conocimientos de rutas locales/nacionales. Capacidad para trabajar de forma autónoma y en equipo, con enfoque en seguridad y cumplimiento de plazos.</w:t>
      </w:r>
    </w:p>
    <w:p>
      <w:pPr>
        <w:pStyle w:val="Heading1"/>
      </w:pPr>
      <w:r>
        <w:t>Experiencia laboral</w:t>
      </w:r>
    </w:p>
    <w:p>
      <w:r>
        <w:t>[Puesto] - [Empresa de transporte o logística]</w:t>
      </w:r>
    </w:p>
    <w:p>
      <w:r>
        <w:t>[Ciudad] | [Fechas]</w:t>
      </w:r>
    </w:p>
    <w:p>
      <w:r>
        <w:t>- Reparto de mercancía a clientes</w:t>
      </w:r>
    </w:p>
    <w:p>
      <w:r>
        <w:t>- Control de albaranes y documentación de entrega</w:t>
      </w:r>
    </w:p>
    <w:p>
      <w:r>
        <w:t>- Mantenimiento básico del vehículo</w:t>
      </w:r>
    </w:p>
    <w:p/>
    <w:p>
      <w:r>
        <w:t>[Segundo puesto] - [Otra empresa]</w:t>
      </w:r>
    </w:p>
    <w:p>
      <w:r>
        <w:t>[Ciudad] | [Fechas]</w:t>
      </w:r>
    </w:p>
    <w:p>
      <w:r>
        <w:t>- Carga y descarga de mercancías</w:t>
      </w:r>
    </w:p>
    <w:p>
      <w:r>
        <w:t>- Gestión de pedidos y seguimiento de envíos</w:t>
      </w:r>
    </w:p>
    <w:p>
      <w:r>
        <w:t>- Uso de herramientas de planificación logística</w:t>
      </w:r>
    </w:p>
    <w:p>
      <w:pPr>
        <w:pStyle w:val="Heading1"/>
      </w:pPr>
      <w:r>
        <w:t>Formación y carnets</w:t>
      </w:r>
    </w:p>
    <w:p>
      <w:r>
        <w:t>[Curso de logística / transporte]</w:t>
      </w:r>
    </w:p>
    <w:p>
      <w:r>
        <w:t>[Centro de formación] | [Año]</w:t>
      </w:r>
    </w:p>
    <w:p/>
    <w:p>
      <w:r>
        <w:t>Carnet de conducir: [B / C / C+E, etc.]</w:t>
      </w:r>
    </w:p>
    <w:p>
      <w:r>
        <w:t>CAP y tarjeta de tacógrafo (si aplica)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Otros datos de interés</w:t>
      </w:r>
    </w:p>
    <w:p>
      <w:r>
        <w:t>- Incorporación inmediata</w:t>
      </w:r>
    </w:p>
    <w:p>
      <w:r>
        <w:t>- Disponibilidad para turnos y rutas largas</w:t>
      </w:r>
    </w:p>
    <w:p>
      <w:r>
        <w:t>- Experiencia con GPS y apps de reparto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