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Currículum Hostelería / Limpieza – Ejemplo</w:t>
      </w:r>
    </w:p>
    <w:p>
      <w:pPr>
        <w:pStyle w:val="Heading1"/>
      </w:pPr>
      <w:r>
        <w:t>Datos personales</w:t>
      </w:r>
    </w:p>
    <w:p>
      <w:r>
        <w:t>Nombre completo: [Nombre y apellidos]</w:t>
      </w:r>
    </w:p>
    <w:p>
      <w:r>
        <w:t>Teléfono: [Número de contacto]</w:t>
      </w:r>
    </w:p>
    <w:p>
      <w:r>
        <w:t>Correo electrónico: [Correo electrónico profesional]</w:t>
      </w:r>
    </w:p>
    <w:p>
      <w:r>
        <w:t>Dirección: [Ciudad o dirección opcional]</w:t>
      </w:r>
    </w:p>
    <w:p>
      <w:r>
        <w:t>Fecha de nacimiento: [Día / Mes / Año]</w:t>
      </w:r>
    </w:p>
    <w:p>
      <w:r>
        <w:t>DNI / NIE: [Opcional]</w:t>
      </w:r>
    </w:p>
    <w:p>
      <w:pPr>
        <w:pStyle w:val="Heading1"/>
      </w:pPr>
      <w:r>
        <w:t>Perfil profesional</w:t>
      </w:r>
    </w:p>
    <w:p>
      <w:r>
        <w:t>Profesional con experiencia en hostelería y/o limpieza. Persona dinámica, puntual y con alta orientación al cliente. Buena presencia, capacidad de trabajo en equipo y conocimiento de normas de higiene y seguridad.</w:t>
      </w:r>
    </w:p>
    <w:p>
      <w:pPr>
        <w:pStyle w:val="Heading1"/>
      </w:pPr>
      <w:r>
        <w:t>Experiencia laboral</w:t>
      </w:r>
    </w:p>
    <w:p>
      <w:r>
        <w:t>[Puesto] - [Nombre del establecimiento]</w:t>
      </w:r>
    </w:p>
    <w:p>
      <w:r>
        <w:t>[Ciudad] | [Fechas]</w:t>
      </w:r>
    </w:p>
    <w:p>
      <w:r>
        <w:t>- Servicio de barra y sala</w:t>
      </w:r>
    </w:p>
    <w:p>
      <w:r>
        <w:t>- Atención a clientes y toma de comandas</w:t>
      </w:r>
    </w:p>
    <w:p>
      <w:r>
        <w:t>- Limpieza y mantenimiento del local</w:t>
      </w:r>
    </w:p>
    <w:p/>
    <w:p>
      <w:r>
        <w:t>[Segundo puesto] - [Empresa de limpieza]</w:t>
      </w:r>
    </w:p>
    <w:p>
      <w:r>
        <w:t>[Ciudad] | [Fechas]</w:t>
      </w:r>
    </w:p>
    <w:p>
      <w:r>
        <w:t>- Limpieza de oficinas, portales o viviendas</w:t>
      </w:r>
    </w:p>
    <w:p>
      <w:r>
        <w:t>- Uso de productos de limpieza y maquinaria específica</w:t>
      </w:r>
    </w:p>
    <w:p>
      <w:r>
        <w:t>- Trabajo en equipo y gestión de tiempos</w:t>
      </w:r>
    </w:p>
    <w:p>
      <w:pPr>
        <w:pStyle w:val="Heading1"/>
      </w:pPr>
      <w:r>
        <w:t>Formación</w:t>
      </w:r>
    </w:p>
    <w:p>
      <w:r>
        <w:t>[Curso de camarero/a, limpieza o similar]</w:t>
      </w:r>
    </w:p>
    <w:p>
      <w:r>
        <w:t>[Centro de formación] | [Año]</w:t>
      </w:r>
    </w:p>
    <w:p/>
    <w:p>
      <w:r>
        <w:t>[Carnet de manipulador/a de alimentos]</w:t>
      </w:r>
    </w:p>
    <w:p>
      <w:r>
        <w:t>[Centro emisor] | [Año]</w:t>
      </w:r>
    </w:p>
    <w:p>
      <w:pPr>
        <w:pStyle w:val="Heading1"/>
      </w:pPr>
      <w:r>
        <w:t>Idiomas</w:t>
      </w:r>
    </w:p>
    <w:p>
      <w:r>
        <w:t>- Español: [Nivel]</w:t>
      </w:r>
    </w:p>
    <w:p>
      <w:r>
        <w:t>- Otros: [Nivel opcional]</w:t>
      </w:r>
    </w:p>
    <w:p>
      <w:pPr>
        <w:pStyle w:val="Heading1"/>
      </w:pPr>
      <w:r>
        <w:t>Otros datos de interés</w:t>
      </w:r>
    </w:p>
    <w:p>
      <w:r>
        <w:t>- Incorporación inmediata</w:t>
      </w:r>
    </w:p>
    <w:p>
      <w:r>
        <w:t>- Disponibilidad para turnos rotativos o fines de semana</w:t>
      </w:r>
    </w:p>
    <w:p>
      <w:r>
        <w:t>- Buena presencia y actitud positiva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