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Europeo (Europass) – Ejemplo</w:t>
      </w:r>
    </w:p>
    <w:p>
      <w:pPr>
        <w:pStyle w:val="Heading1"/>
      </w:pPr>
      <w:r>
        <w:t>Información personal</w:t>
      </w:r>
    </w:p>
    <w:p>
      <w:r>
        <w:t>Nombre: [Nombre y apellidos]</w:t>
      </w:r>
    </w:p>
    <w:p>
      <w:r>
        <w:t>Dirección: [Calle, número, código postal, ciudad, país]</w:t>
      </w:r>
    </w:p>
    <w:p>
      <w:r>
        <w:t>Teléfono: [Número]</w:t>
      </w:r>
    </w:p>
    <w:p>
      <w:r>
        <w:t>Correo electrónico: [Correo electrónico]</w:t>
      </w:r>
    </w:p>
    <w:p>
      <w:r>
        <w:t>Nacionalidad: [Nacionalidad]</w:t>
      </w:r>
    </w:p>
    <w:p>
      <w:r>
        <w:t>Fecha de nacimiento: [Día / Mes / Año]</w:t>
      </w:r>
    </w:p>
    <w:p>
      <w:r>
        <w:t>Sexo: [Masculino / Femenino / Otro]</w:t>
      </w:r>
    </w:p>
    <w:p>
      <w:pPr>
        <w:pStyle w:val="Heading1"/>
      </w:pPr>
      <w:r>
        <w:t>Puesto deseado / Área profesional</w:t>
      </w:r>
    </w:p>
    <w:p>
      <w:r>
        <w:t>[Nombre del puesto o sector profesional deseado]</w:t>
      </w:r>
    </w:p>
    <w:p>
      <w:pPr>
        <w:pStyle w:val="Heading1"/>
      </w:pPr>
      <w:r>
        <w:t>Experiencia profesional</w:t>
      </w:r>
    </w:p>
    <w:p>
      <w:r>
        <w:t>[Puesto ocupado]</w:t>
      </w:r>
    </w:p>
    <w:p>
      <w:r>
        <w:t>[Nombre del empleador, dirección, tipo de empresa]</w:t>
      </w:r>
    </w:p>
    <w:p>
      <w:r>
        <w:t>[Fechas]</w:t>
      </w:r>
    </w:p>
    <w:p>
      <w:r>
        <w:t>- Principales actividades y responsabilidades</w:t>
      </w:r>
    </w:p>
    <w:p>
      <w:pPr>
        <w:pStyle w:val="Heading1"/>
      </w:pPr>
      <w:r>
        <w:t>Educación y formación</w:t>
      </w:r>
    </w:p>
    <w:p>
      <w:r>
        <w:t>[Título obtenido]</w:t>
      </w:r>
    </w:p>
    <w:p>
      <w:r>
        <w:t>[Nombre del centro, localidad, país]</w:t>
      </w:r>
    </w:p>
    <w:p>
      <w:r>
        <w:t>[Fechas]</w:t>
      </w:r>
    </w:p>
    <w:p>
      <w:r>
        <w:t>- Principales materias o competencias profesionales adquiridas</w:t>
      </w:r>
    </w:p>
    <w:p>
      <w:pPr>
        <w:pStyle w:val="Heading1"/>
      </w:pPr>
      <w:r>
        <w:t>Capacidades y competencias personales</w:t>
      </w:r>
    </w:p>
    <w:p>
      <w:r>
        <w:t>Lengua(s) materna(s): [Idioma]</w:t>
      </w:r>
    </w:p>
    <w:p>
      <w:r>
        <w:t>Otros idiomas:</w:t>
      </w:r>
    </w:p>
    <w:p>
      <w:r>
        <w:t>- Comprensión: [Excelente / Buena / Básica]</w:t>
      </w:r>
    </w:p>
    <w:p>
      <w:r>
        <w:t>- Habla: [Excelente / Buena / Básica]</w:t>
      </w:r>
    </w:p>
    <w:p>
      <w:r>
        <w:t>- Escritura: [Excelente / Buena / Básica]</w:t>
      </w:r>
    </w:p>
    <w:p>
      <w:pPr>
        <w:pStyle w:val="Heading1"/>
      </w:pPr>
      <w:r>
        <w:t>Competencias comunicativas</w:t>
      </w:r>
    </w:p>
    <w:p>
      <w:r>
        <w:t>- [Ej. Buenas dotes de comunicación adquiridas en experiencias de cara al público]</w:t>
      </w:r>
    </w:p>
    <w:p>
      <w:pPr>
        <w:pStyle w:val="Heading1"/>
      </w:pPr>
      <w:r>
        <w:t>Competencias organizativas / de gestión</w:t>
      </w:r>
    </w:p>
    <w:p>
      <w:r>
        <w:t>- [Ej. Capacidad de coordinación y liderazgo en trabajos en grupo]</w:t>
      </w:r>
    </w:p>
    <w:p>
      <w:pPr>
        <w:pStyle w:val="Heading1"/>
      </w:pPr>
      <w:r>
        <w:t>Competencias relacionadas con el trabajo</w:t>
      </w:r>
    </w:p>
    <w:p>
      <w:r>
        <w:t>- [Ej. Buen manejo de herramientas técnicas específicas del sector]</w:t>
      </w:r>
    </w:p>
    <w:p>
      <w:pPr>
        <w:pStyle w:val="Heading1"/>
      </w:pPr>
      <w:r>
        <w:t>Competencias digitales</w:t>
      </w:r>
    </w:p>
    <w:p>
      <w:r>
        <w:t>- [Ej. Microsoft Office, herramientas online, diseño, etc.]</w:t>
      </w:r>
    </w:p>
    <w:p>
      <w:pPr>
        <w:pStyle w:val="Heading1"/>
      </w:pPr>
      <w:r>
        <w:t>Permiso(s) de conducir</w:t>
      </w:r>
    </w:p>
    <w:p>
      <w:r>
        <w:t>- [B / C / otros]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