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Educación / Cuidados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Dirección: [Ciudad o dirección opcional]</w:t>
      </w:r>
    </w:p>
    <w:p>
      <w:r>
        <w:t>Fecha de nacimiento: [Día / Mes / Año]</w:t>
      </w:r>
    </w:p>
    <w:p>
      <w:r>
        <w:t>DNI / NIE: [Opcional]</w:t>
      </w:r>
    </w:p>
    <w:p>
      <w:pPr>
        <w:pStyle w:val="Heading1"/>
      </w:pPr>
      <w:r>
        <w:t>Perfil profesional</w:t>
      </w:r>
    </w:p>
    <w:p>
      <w:r>
        <w:t>Persona con vocación en el ámbito educativo y de cuidados. Empática, paciente, organizada y con habilidades comunicativas. Experiencia en el acompañamiento de menores, apoyo escolar, cuidado de personas mayores o con necesidades especiales.</w:t>
      </w:r>
    </w:p>
    <w:p>
      <w:pPr>
        <w:pStyle w:val="Heading1"/>
      </w:pPr>
      <w:r>
        <w:t>Experiencia laboral</w:t>
      </w:r>
    </w:p>
    <w:p>
      <w:r>
        <w:t>[Puesto] - [Centro educativo / familia / residencia]</w:t>
      </w:r>
    </w:p>
    <w:p>
      <w:r>
        <w:t>[Ciudad] | [Fechas]</w:t>
      </w:r>
    </w:p>
    <w:p>
      <w:r>
        <w:t>- Cuidado de niños/as y apoyo escolar</w:t>
      </w:r>
    </w:p>
    <w:p>
      <w:r>
        <w:t>- Organización de actividades lúdico-educativas</w:t>
      </w:r>
    </w:p>
    <w:p>
      <w:r>
        <w:t>- Apoyo emocional y desarrollo personal</w:t>
      </w:r>
    </w:p>
    <w:p/>
    <w:p>
      <w:r>
        <w:t>[Otro puesto] - [Otra institución]</w:t>
      </w:r>
    </w:p>
    <w:p>
      <w:r>
        <w:t>[Ciudad] | [Fechas]</w:t>
      </w:r>
    </w:p>
    <w:p>
      <w:r>
        <w:t>- Acompañamiento de personas mayores o dependientes</w:t>
      </w:r>
    </w:p>
    <w:p>
      <w:r>
        <w:t>- Ayuda en tareas básicas del hogar</w:t>
      </w:r>
    </w:p>
    <w:p>
      <w:r>
        <w:t>- Supervisión en rutinas diarias y medicación</w:t>
      </w:r>
    </w:p>
    <w:p>
      <w:pPr>
        <w:pStyle w:val="Heading1"/>
      </w:pPr>
      <w:r>
        <w:t>Formación y certificados</w:t>
      </w:r>
    </w:p>
    <w:p>
      <w:r>
        <w:t>[Titulación en educación infantil, integración social, etc.]</w:t>
      </w:r>
    </w:p>
    <w:p>
      <w:r>
        <w:t>[Centro educativo] | [Año]</w:t>
      </w:r>
    </w:p>
    <w:p/>
    <w:p>
      <w:r>
        <w:t>[Curso de primeros auxilios / estimulación temprana / etc.]</w:t>
      </w:r>
    </w:p>
    <w:p>
      <w:r>
        <w:t>[Centro o plataforma] | [Año]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Otros: [Nivel opcional]</w:t>
      </w:r>
    </w:p>
    <w:p>
      <w:pPr>
        <w:pStyle w:val="Heading1"/>
      </w:pPr>
      <w:r>
        <w:t>Otros datos de interés</w:t>
      </w:r>
    </w:p>
    <w:p>
      <w:r>
        <w:t>- Disponibilidad inmediata</w:t>
      </w:r>
    </w:p>
    <w:p>
      <w:r>
        <w:t>- Experiencia en contextos multiculturales</w:t>
      </w:r>
    </w:p>
    <w:p>
      <w:r>
        <w:t>- Vocación por la atención y el acompañamiento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