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Currículum Creativo / Diseño – Ejemplo</w:t>
      </w:r>
    </w:p>
    <w:p>
      <w:pPr>
        <w:pStyle w:val="Heading1"/>
      </w:pPr>
      <w:r>
        <w:t>Datos personales</w:t>
      </w:r>
    </w:p>
    <w:p>
      <w:r>
        <w:t>Nombre completo: [Nombre y apellidos]</w:t>
      </w:r>
    </w:p>
    <w:p>
      <w:r>
        <w:t>Teléfono: [Número de contacto]</w:t>
      </w:r>
    </w:p>
    <w:p>
      <w:r>
        <w:t>Correo electrónico: [Correo electrónico profesional]</w:t>
      </w:r>
    </w:p>
    <w:p>
      <w:r>
        <w:t>Portfolio online: [Enlace a Behance, web o similar]</w:t>
      </w:r>
    </w:p>
    <w:p>
      <w:r>
        <w:t>Redes profesionales: [LinkedIn / Instagram profesional]</w:t>
      </w:r>
    </w:p>
    <w:p>
      <w:r>
        <w:t>Ciudad de residencia: [Ciudad]</w:t>
      </w:r>
    </w:p>
    <w:p>
      <w:pPr>
        <w:pStyle w:val="Heading1"/>
      </w:pPr>
      <w:r>
        <w:t>Perfil creativo</w:t>
      </w:r>
    </w:p>
    <w:p>
      <w:r>
        <w:t>Diseñador/a gráfico/a con experiencia en proyectos visuales, branding y diseño digital. Creatividad, atención al detalle y capacidad para trabajar con plazos ajustados. Dominio de herramientas de diseño como Adobe Photoshop, Illustrator y Canva.</w:t>
      </w:r>
    </w:p>
    <w:p>
      <w:pPr>
        <w:pStyle w:val="Heading1"/>
      </w:pPr>
      <w:r>
        <w:t>Experiencia destacada</w:t>
      </w:r>
    </w:p>
    <w:p>
      <w:r>
        <w:t>[Puesto] - [Agencia o empresa creativa]</w:t>
      </w:r>
    </w:p>
    <w:p>
      <w:r>
        <w:t>[Ciudad] | [Fechas]</w:t>
      </w:r>
    </w:p>
    <w:p>
      <w:r>
        <w:t>- Desarrollo de identidad visual para marcas</w:t>
      </w:r>
    </w:p>
    <w:p>
      <w:r>
        <w:t>- Creación de materiales gráficos para redes y publicidad</w:t>
      </w:r>
    </w:p>
    <w:p>
      <w:r>
        <w:t>- Edición de imágenes y retoque fotográfico</w:t>
      </w:r>
    </w:p>
    <w:p/>
    <w:p>
      <w:r>
        <w:t>[Proyecto freelance / Colaboración]</w:t>
      </w:r>
    </w:p>
    <w:p>
      <w:r>
        <w:t>[Enlace al trabajo o cliente]</w:t>
      </w:r>
    </w:p>
    <w:p>
      <w:r>
        <w:t>- Diseño de logotipos, catálogos o presentaciones</w:t>
      </w:r>
    </w:p>
    <w:p>
      <w:pPr>
        <w:pStyle w:val="Heading1"/>
      </w:pPr>
      <w:r>
        <w:t>Formación académica</w:t>
      </w:r>
    </w:p>
    <w:p>
      <w:r>
        <w:t>[Título en diseño gráfico / arte digital / multimedia]</w:t>
      </w:r>
    </w:p>
    <w:p>
      <w:r>
        <w:t>[Centro formativo] | [Año]</w:t>
      </w:r>
    </w:p>
    <w:p/>
    <w:p>
      <w:r>
        <w:t>[Cursos adicionales de herramientas o creatividad]</w:t>
      </w:r>
    </w:p>
    <w:p>
      <w:r>
        <w:t>[Plataforma o centro]</w:t>
      </w:r>
    </w:p>
    <w:p>
      <w:pPr>
        <w:pStyle w:val="Heading1"/>
      </w:pPr>
      <w:r>
        <w:t>Herramientas y software</w:t>
      </w:r>
    </w:p>
    <w:p>
      <w:r>
        <w:t>- Adobe Photoshop, Illustrator, InDesign</w:t>
      </w:r>
    </w:p>
    <w:p>
      <w:r>
        <w:t>- Canva, Figma, CorelDRAW</w:t>
      </w:r>
    </w:p>
    <w:p>
      <w:r>
        <w:t>- Conocimientos básicos de HTML y CSS</w:t>
      </w:r>
    </w:p>
    <w:p>
      <w:pPr>
        <w:pStyle w:val="Heading1"/>
      </w:pPr>
      <w:r>
        <w:t>Idiomas</w:t>
      </w:r>
    </w:p>
    <w:p>
      <w:r>
        <w:t>- Español: [Nivel]</w:t>
      </w:r>
    </w:p>
    <w:p>
      <w:r>
        <w:t>- Inglés: [Nivel]</w:t>
      </w:r>
    </w:p>
    <w:p>
      <w:r>
        <w:t>- Otros: [Nivel opcional]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