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Currículum Conserje / Mantenimiento - Ejemplo</w:t>
      </w:r>
    </w:p>
    <w:p>
      <w:pPr>
        <w:pStyle w:val="Heading1"/>
      </w:pPr>
      <w:r>
        <w:t>Perfil profesional</w:t>
      </w:r>
    </w:p>
    <w:p>
      <w:r>
        <w:t>Persona responsable y organizada, con experiencia en el mantenimiento general de edificios, control de accesos y pequeñas reparaciones.</w:t>
      </w:r>
    </w:p>
    <w:p>
      <w:r>
        <w:t>Capacidad para la resolución de incidencias y el trato correcto con vecinos, usuarios y proveedores.</w:t>
      </w:r>
    </w:p>
    <w:p>
      <w:pPr>
        <w:pStyle w:val="Heading1"/>
      </w:pPr>
      <w:r>
        <w:t>Experiencia laboral</w:t>
      </w:r>
    </w:p>
    <w:p>
      <w:r>
        <w:t>Conserje en comunidad de propietarios</w:t>
      </w:r>
    </w:p>
    <w:p>
      <w:r>
        <w:t>- Apertura y cierre de puertas</w:t>
      </w:r>
    </w:p>
    <w:p>
      <w:r>
        <w:t>- Supervisión de instalaciones comunes</w:t>
      </w:r>
    </w:p>
    <w:p>
      <w:r>
        <w:t>- Recogida de basuras y pequeñas reparaciones</w:t>
      </w:r>
    </w:p>
    <w:p>
      <w:pPr>
        <w:pStyle w:val="Heading1"/>
      </w:pPr>
      <w:r>
        <w:t>Formación</w:t>
      </w:r>
    </w:p>
    <w:p>
      <w:r>
        <w:t>- Curso de mantenimiento de edificios</w:t>
      </w:r>
    </w:p>
    <w:p>
      <w:r>
        <w:t>- Curso de atención al cliente</w:t>
      </w:r>
    </w:p>
    <w:p>
      <w:pPr>
        <w:pStyle w:val="Heading1"/>
      </w:pPr>
      <w:r>
        <w:t>Otros datos</w:t>
      </w:r>
    </w:p>
    <w:p>
      <w:r>
        <w:t>- Carnet de conducir y disponibilidad horaria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