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pStyle w:val="Title"/>
      </w:pPr>
      <w:r>
        <w:t>Currículum Comercial / Ventas – Ejemplo</w:t>
      </w:r>
    </w:p>
    <w:p>
      <w:pPr>
        <w:pStyle w:val="Heading1"/>
      </w:pPr>
      <w:r>
        <w:t>Datos personales</w:t>
      </w:r>
    </w:p>
    <w:p>
      <w:r>
        <w:t>Nombre completo: [Nombre y apellidos]</w:t>
      </w:r>
    </w:p>
    <w:p>
      <w:r>
        <w:t>Teléfono: [Número de contacto]</w:t>
      </w:r>
    </w:p>
    <w:p>
      <w:r>
        <w:t>Correo electrónico: [Correo electrónico profesional]</w:t>
      </w:r>
    </w:p>
    <w:p>
      <w:r>
        <w:t>Dirección: [Ciudad o dirección opcional]</w:t>
      </w:r>
    </w:p>
    <w:p>
      <w:r>
        <w:t>Fecha de nacimiento: [Día / Mes / Año]</w:t>
      </w:r>
    </w:p>
    <w:p>
      <w:r>
        <w:t>DNI / NIE: [Opcional]</w:t>
      </w:r>
    </w:p>
    <w:p>
      <w:pPr>
        <w:pStyle w:val="Heading1"/>
      </w:pPr>
      <w:r>
        <w:t>Perfil profesional</w:t>
      </w:r>
    </w:p>
    <w:p>
      <w:r>
        <w:t>Profesional de ventas con excelentes habilidades de comunicación, negociación y atención al cliente. Experiencia en captación y fidelización de clientes, con orientación a resultados y al cumplimiento de objetivos comerciales.</w:t>
      </w:r>
    </w:p>
    <w:p>
      <w:pPr>
        <w:pStyle w:val="Heading1"/>
      </w:pPr>
      <w:r>
        <w:t>Experiencia laboral</w:t>
      </w:r>
    </w:p>
    <w:p>
      <w:r>
        <w:t>[Puesto] - [Nombre de la empresa]</w:t>
      </w:r>
    </w:p>
    <w:p>
      <w:r>
        <w:t>[Ciudad] | [Fechas]</w:t>
      </w:r>
    </w:p>
    <w:p>
      <w:r>
        <w:t>- Asesoramiento y venta de productos o servicios</w:t>
      </w:r>
    </w:p>
    <w:p>
      <w:r>
        <w:t>- Atención personalizada al cliente</w:t>
      </w:r>
    </w:p>
    <w:p>
      <w:r>
        <w:t>- Cumplimiento de objetivos de ventas y KPI</w:t>
      </w:r>
    </w:p>
    <w:p/>
    <w:p>
      <w:r>
        <w:t>[Segundo puesto] - [Otra empresa]</w:t>
      </w:r>
    </w:p>
    <w:p>
      <w:r>
        <w:t>[Ciudad] | [Fechas]</w:t>
      </w:r>
    </w:p>
    <w:p>
      <w:r>
        <w:t>- Gestión de cartera de clientes</w:t>
      </w:r>
    </w:p>
    <w:p>
      <w:r>
        <w:t>- Seguimiento postventa</w:t>
      </w:r>
    </w:p>
    <w:p>
      <w:r>
        <w:t>- Trabajo en equipo con otros departamentos</w:t>
      </w:r>
    </w:p>
    <w:p>
      <w:pPr>
        <w:pStyle w:val="Heading1"/>
      </w:pPr>
      <w:r>
        <w:t>Formación</w:t>
      </w:r>
    </w:p>
    <w:p>
      <w:r>
        <w:t>[Titulación en comercio, marketing o similar]</w:t>
      </w:r>
    </w:p>
    <w:p>
      <w:r>
        <w:t>[Centro educativo] | [Año]</w:t>
      </w:r>
    </w:p>
    <w:p/>
    <w:p>
      <w:r>
        <w:t>[Cursos de técnicas de ventas, atención al cliente]</w:t>
      </w:r>
    </w:p>
    <w:p>
      <w:r>
        <w:t>[Centro o plataforma] | [Año]</w:t>
      </w:r>
    </w:p>
    <w:p>
      <w:pPr>
        <w:pStyle w:val="Heading1"/>
      </w:pPr>
      <w:r>
        <w:t>Idiomas</w:t>
      </w:r>
    </w:p>
    <w:p>
      <w:r>
        <w:t>- Español: [Nivel]</w:t>
      </w:r>
    </w:p>
    <w:p>
      <w:r>
        <w:t>- Otros: [Nivel opcional]</w:t>
      </w:r>
    </w:p>
    <w:p>
      <w:pPr>
        <w:pStyle w:val="Heading1"/>
      </w:pPr>
      <w:r>
        <w:t>Otros datos de interés</w:t>
      </w:r>
    </w:p>
    <w:p>
      <w:r>
        <w:t>- Gran capacidad de persuasión</w:t>
      </w:r>
    </w:p>
    <w:p>
      <w:r>
        <w:t>- Disponibilidad inmediata</w:t>
      </w:r>
    </w:p>
    <w:p>
      <w:r>
        <w:t>- Carnet de conducir y vehículo propio (si aplica)</w:t>
      </w:r>
    </w:p>
    <w:sectPr w:rsidR="00FC693F" w:rsidRPr="0006063C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ourier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616"/>
    <w:rsid w:val="0006063C"/>
    <w:rsid w:val="0015074B"/>
    <w:rsid w:val="0029639D"/>
    <w:rsid w:val="00326F90"/>
    <w:rsid w:val="00AA1D8D"/>
    <w:rsid w:val="00B47730"/>
    <w:rsid w:val="00CB0664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406206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Macintosh Word</Application>
  <DocSecurity>0</DocSecurity>
  <Lines>0</Lines>
  <Paragraphs>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/>
  <cp:revision>1</cp:revision>
  <dcterms:created xsi:type="dcterms:W3CDTF">2013-12-23T23:15:00Z</dcterms:created>
  <dcterms:modified xsi:type="dcterms:W3CDTF">2013-12-23T23:15:00Z</dcterms:modified>
  <cp:category/>
</cp:coreProperties>
</file>