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Auxiliar Administrativo - Ejemplo</w:t>
      </w:r>
    </w:p>
    <w:p>
      <w:pPr>
        <w:pStyle w:val="Heading1"/>
      </w:pPr>
      <w:r>
        <w:t>Perfil profesional</w:t>
      </w:r>
    </w:p>
    <w:p>
      <w:r>
        <w:t>Auxiliar administrativo con experiencia en gestión documental, archivo, atención al cliente y soporte a diferentes departamentos.</w:t>
      </w:r>
    </w:p>
    <w:p>
      <w:r>
        <w:t>Manejo fluido de Microsoft Office y programas de gestión básica.</w:t>
      </w:r>
    </w:p>
    <w:p>
      <w:pPr>
        <w:pStyle w:val="Heading1"/>
      </w:pPr>
      <w:r>
        <w:t>Experiencia laboral</w:t>
      </w:r>
    </w:p>
    <w:p>
      <w:r>
        <w:t>Auxiliar en empresa de servicios</w:t>
      </w:r>
    </w:p>
    <w:p>
      <w:r>
        <w:t>- Gestión de facturas y albaranes</w:t>
      </w:r>
    </w:p>
    <w:p>
      <w:r>
        <w:t>- Atención telefónica</w:t>
      </w:r>
    </w:p>
    <w:p>
      <w:r>
        <w:t>- Tareas de archivo y apoyo a contabilidad</w:t>
      </w:r>
    </w:p>
    <w:p>
      <w:pPr>
        <w:pStyle w:val="Heading1"/>
      </w:pPr>
      <w:r>
        <w:t>Formación</w:t>
      </w:r>
    </w:p>
    <w:p>
      <w:r>
        <w:t>- Grado medio en Gestión Administrativa</w:t>
      </w:r>
    </w:p>
    <w:p>
      <w:r>
        <w:t>- Curso de Office completo (Word, Excel, Outlook)</w:t>
      </w:r>
    </w:p>
    <w:p>
      <w:pPr>
        <w:pStyle w:val="Heading1"/>
      </w:pPr>
      <w:r>
        <w:t>Otros datos</w:t>
      </w:r>
    </w:p>
    <w:p>
      <w:r>
        <w:t>- Capacidad de organización y trabajo en equipo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