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br/>
        <w:t>[Nombre del candidato]</w:t>
        <w:br/>
        <w:t>[Dirección del candidato]</w:t>
        <w:br/>
        <w:t>[Teléfono del candidato]</w:t>
        <w:br/>
        <w:t>[Correo electrónico del candidato]</w:t>
        <w:br/>
        <w:br/>
        <w:t>[Fecha]</w:t>
        <w:br/>
        <w:br/>
        <w:t>[Nombre del reclutador]</w:t>
        <w:br/>
        <w:t>[Cargo]</w:t>
        <w:br/>
        <w:t>[Nombre de la empresa]</w:t>
        <w:br/>
        <w:t>[Dirección de la empresa]</w:t>
        <w:br/>
        <w:br/>
        <w:t>Estimado/a [Nombre del reclutador]:</w:t>
        <w:br/>
        <w:br/>
        <w:t>Me dirijo a usted con el fin de postularme al puesto de [nombre del puesto] en [nombre de la empresa], tal como se publicó en [fuente de la oferta]. Tras revisar los requisitos del puesto y la misión de la empresa, estoy convencido/a de que mi experiencia y habilidades son adecuadas para aportar valor a su equipo.</w:t>
        <w:br/>
        <w:br/>
        <w:t>Cuento con [X años] de experiencia en [área de experiencia], lo que me ha permitido desarrollar habilidades como [habilidades clave relacionadas con el puesto]. Además, mi capacidad para [mencionar habilidad o logro relacionado con el puesto] ha sido clave en mis logros anteriores.</w:t>
        <w:br/>
        <w:br/>
        <w:t>Me encantaría tener la oportunidad de discutir cómo puedo contribuir a [nombre de la empresa] y formar parte de su equipo. Adjunto mi currículum y quedo a su disposición para ampliar cualquier información que considere necesaria.</w:t>
        <w:br/>
        <w:br/>
        <w:t>Agradezco de antemano su tiempo y consideración. Espero con interés la oportunidad de conversar con usted.</w:t>
        <w:br/>
        <w:br/>
        <w:t>Atentamente,</w:t>
        <w:br/>
        <w:t>[Firma (si es en formato físico)]</w:t>
        <w:br/>
        <w:t>[Nombre del candidato]</w:t>
        <w:br/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